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F2C25" w14:textId="4EA84D7A" w:rsidR="004211C8" w:rsidRPr="00AD6D6E" w:rsidRDefault="00000000" w:rsidP="00BD415D">
      <w:pPr>
        <w:spacing w:after="320"/>
        <w:jc w:val="center"/>
        <w:rPr>
          <w:rFonts w:cs="Times New Roman"/>
          <w:b/>
          <w:sz w:val="26"/>
          <w:lang w:val="sr-Cyrl-ME"/>
        </w:rPr>
      </w:pPr>
      <w:r w:rsidRPr="00AD6D6E">
        <w:rPr>
          <w:rFonts w:cs="Times New Roman"/>
          <w:b/>
          <w:sz w:val="26"/>
          <w:lang w:val="sr-Cyrl-ME"/>
        </w:rPr>
        <w:t>ПРИЈАВ</w:t>
      </w:r>
      <w:r w:rsidR="00BD415D" w:rsidRPr="00AD6D6E">
        <w:rPr>
          <w:rFonts w:cs="Times New Roman"/>
          <w:b/>
          <w:sz w:val="26"/>
          <w:lang w:val="sr-Cyrl-ME"/>
        </w:rPr>
        <w:t xml:space="preserve">A </w:t>
      </w:r>
      <w:r w:rsidR="00BD415D" w:rsidRPr="00AD6D6E">
        <w:rPr>
          <w:rFonts w:cs="Times New Roman"/>
          <w:b/>
          <w:sz w:val="26"/>
          <w:lang w:val="sr-Cyrl-ME"/>
        </w:rPr>
        <w:br/>
      </w:r>
      <w:r w:rsidRPr="00AD6D6E">
        <w:rPr>
          <w:rFonts w:cs="Times New Roman"/>
          <w:b/>
          <w:sz w:val="26"/>
          <w:lang w:val="sr-Cyrl-ME"/>
        </w:rPr>
        <w:t>НА КОНКУРС ЗА ДОДЈЕЛУ СТИПЕНДИЈА</w:t>
      </w:r>
      <w:r w:rsidRPr="00AD6D6E">
        <w:rPr>
          <w:rFonts w:cs="Times New Roman"/>
          <w:b/>
          <w:sz w:val="26"/>
          <w:lang w:val="sr-Cyrl-ME"/>
        </w:rPr>
        <w:br/>
        <w:t>ЗА СТУДИЈСКУ 2026/2027. ГОДИНУ</w:t>
      </w:r>
    </w:p>
    <w:p w14:paraId="35CD8DCA" w14:textId="77777777" w:rsidR="004211C8" w:rsidRPr="00AD6D6E" w:rsidRDefault="00000000">
      <w:pPr>
        <w:spacing w:after="240"/>
        <w:jc w:val="center"/>
        <w:rPr>
          <w:lang w:val="sr-Cyrl-ME"/>
        </w:rPr>
      </w:pPr>
      <w:r w:rsidRPr="00AD6D6E">
        <w:rPr>
          <w:rFonts w:cs="Times New Roman"/>
          <w:b/>
          <w:lang w:val="sr-Cyrl-ME"/>
        </w:rPr>
        <w:t>Матица српска – Друштво чланова у Црној Гори</w:t>
      </w:r>
    </w:p>
    <w:p w14:paraId="29C54C16" w14:textId="77777777" w:rsidR="004211C8" w:rsidRPr="00AD6D6E" w:rsidRDefault="00000000">
      <w:pPr>
        <w:pStyle w:val="SectionHeading"/>
        <w:spacing w:before="0"/>
        <w:rPr>
          <w:lang w:val="sr-Cyrl-ME"/>
        </w:rPr>
      </w:pPr>
      <w:r w:rsidRPr="00AD6D6E">
        <w:rPr>
          <w:rFonts w:cs="Times New Roman"/>
          <w:lang w:val="sr-Cyrl-ME"/>
        </w:rPr>
        <w:t>1. Подаци о кандидату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816"/>
        <w:gridCol w:w="4816"/>
      </w:tblGrid>
      <w:tr w:rsidR="004211C8" w:rsidRPr="00AD6D6E" w14:paraId="20A4BBDE" w14:textId="77777777">
        <w:trPr>
          <w:jc w:val="center"/>
        </w:trPr>
        <w:tc>
          <w:tcPr>
            <w:tcW w:w="4816" w:type="dxa"/>
            <w:shd w:val="clear" w:color="auto" w:fill="F2F2F2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1104A955" w14:textId="77777777" w:rsidR="004211C8" w:rsidRPr="00AD6D6E" w:rsidRDefault="00000000">
            <w:pPr>
              <w:rPr>
                <w:lang w:val="sr-Cyrl-ME"/>
              </w:rPr>
            </w:pPr>
            <w:r w:rsidRPr="00AD6D6E">
              <w:rPr>
                <w:rFonts w:cs="Times New Roman"/>
                <w:b/>
                <w:sz w:val="22"/>
                <w:lang w:val="sr-Cyrl-ME"/>
              </w:rPr>
              <w:t>Име и презиме</w:t>
            </w:r>
          </w:p>
        </w:tc>
        <w:tc>
          <w:tcPr>
            <w:tcW w:w="4816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7AE0E456" w14:textId="77777777" w:rsidR="004211C8" w:rsidRPr="00AD6D6E" w:rsidRDefault="004211C8">
            <w:pPr>
              <w:rPr>
                <w:lang w:val="sr-Cyrl-ME"/>
              </w:rPr>
            </w:pPr>
          </w:p>
        </w:tc>
      </w:tr>
      <w:tr w:rsidR="004211C8" w:rsidRPr="00AD6D6E" w14:paraId="52CF30B8" w14:textId="77777777">
        <w:trPr>
          <w:jc w:val="center"/>
        </w:trPr>
        <w:tc>
          <w:tcPr>
            <w:tcW w:w="4816" w:type="dxa"/>
            <w:shd w:val="clear" w:color="auto" w:fill="F2F2F2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6AC7FA9A" w14:textId="77777777" w:rsidR="004211C8" w:rsidRPr="00AD6D6E" w:rsidRDefault="00000000">
            <w:pPr>
              <w:rPr>
                <w:lang w:val="sr-Cyrl-ME"/>
              </w:rPr>
            </w:pPr>
            <w:r w:rsidRPr="00AD6D6E">
              <w:rPr>
                <w:rFonts w:cs="Times New Roman"/>
                <w:b/>
                <w:sz w:val="22"/>
                <w:lang w:val="sr-Cyrl-ME"/>
              </w:rPr>
              <w:t>Број индекса</w:t>
            </w:r>
          </w:p>
        </w:tc>
        <w:tc>
          <w:tcPr>
            <w:tcW w:w="4816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14E5E6AD" w14:textId="77777777" w:rsidR="004211C8" w:rsidRPr="00AD6D6E" w:rsidRDefault="004211C8">
            <w:pPr>
              <w:rPr>
                <w:lang w:val="sr-Cyrl-ME"/>
              </w:rPr>
            </w:pPr>
          </w:p>
        </w:tc>
      </w:tr>
      <w:tr w:rsidR="004211C8" w:rsidRPr="00AD6D6E" w14:paraId="4C5D01C9" w14:textId="77777777">
        <w:trPr>
          <w:jc w:val="center"/>
        </w:trPr>
        <w:tc>
          <w:tcPr>
            <w:tcW w:w="4816" w:type="dxa"/>
            <w:shd w:val="clear" w:color="auto" w:fill="F2F2F2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718CF3AF" w14:textId="77777777" w:rsidR="004211C8" w:rsidRPr="00AD6D6E" w:rsidRDefault="00000000">
            <w:pPr>
              <w:rPr>
                <w:lang w:val="sr-Cyrl-ME"/>
              </w:rPr>
            </w:pPr>
            <w:r w:rsidRPr="00AD6D6E">
              <w:rPr>
                <w:rFonts w:cs="Times New Roman"/>
                <w:b/>
                <w:sz w:val="22"/>
                <w:lang w:val="sr-Cyrl-ME"/>
              </w:rPr>
              <w:t>Адреса становања</w:t>
            </w:r>
          </w:p>
        </w:tc>
        <w:tc>
          <w:tcPr>
            <w:tcW w:w="4816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476D6F8B" w14:textId="77777777" w:rsidR="004211C8" w:rsidRPr="00AD6D6E" w:rsidRDefault="004211C8">
            <w:pPr>
              <w:rPr>
                <w:lang w:val="sr-Cyrl-ME"/>
              </w:rPr>
            </w:pPr>
          </w:p>
        </w:tc>
      </w:tr>
      <w:tr w:rsidR="004211C8" w:rsidRPr="00AD6D6E" w14:paraId="32B5537F" w14:textId="77777777">
        <w:trPr>
          <w:jc w:val="center"/>
        </w:trPr>
        <w:tc>
          <w:tcPr>
            <w:tcW w:w="4816" w:type="dxa"/>
            <w:shd w:val="clear" w:color="auto" w:fill="F2F2F2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271A5124" w14:textId="77777777" w:rsidR="004211C8" w:rsidRPr="00AD6D6E" w:rsidRDefault="00000000">
            <w:pPr>
              <w:rPr>
                <w:lang w:val="sr-Cyrl-ME"/>
              </w:rPr>
            </w:pPr>
            <w:r w:rsidRPr="00AD6D6E">
              <w:rPr>
                <w:rFonts w:cs="Times New Roman"/>
                <w:b/>
                <w:sz w:val="22"/>
                <w:lang w:val="sr-Cyrl-ME"/>
              </w:rPr>
              <w:t>Телефон</w:t>
            </w:r>
          </w:p>
        </w:tc>
        <w:tc>
          <w:tcPr>
            <w:tcW w:w="4816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37A792BE" w14:textId="77777777" w:rsidR="004211C8" w:rsidRPr="00AD6D6E" w:rsidRDefault="004211C8">
            <w:pPr>
              <w:rPr>
                <w:lang w:val="sr-Cyrl-ME"/>
              </w:rPr>
            </w:pPr>
          </w:p>
        </w:tc>
      </w:tr>
      <w:tr w:rsidR="004211C8" w:rsidRPr="00AD6D6E" w14:paraId="4E288A92" w14:textId="77777777">
        <w:trPr>
          <w:jc w:val="center"/>
        </w:trPr>
        <w:tc>
          <w:tcPr>
            <w:tcW w:w="4816" w:type="dxa"/>
            <w:shd w:val="clear" w:color="auto" w:fill="F2F2F2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71510C1F" w14:textId="77777777" w:rsidR="004211C8" w:rsidRPr="00AD6D6E" w:rsidRDefault="00000000">
            <w:pPr>
              <w:rPr>
                <w:lang w:val="sr-Cyrl-ME"/>
              </w:rPr>
            </w:pPr>
            <w:r w:rsidRPr="00AD6D6E">
              <w:rPr>
                <w:rFonts w:cs="Times New Roman"/>
                <w:b/>
                <w:sz w:val="22"/>
                <w:lang w:val="sr-Cyrl-ME"/>
              </w:rPr>
              <w:t>Мејл</w:t>
            </w:r>
          </w:p>
        </w:tc>
        <w:tc>
          <w:tcPr>
            <w:tcW w:w="4816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4D4AEB0F" w14:textId="77777777" w:rsidR="004211C8" w:rsidRPr="00AD6D6E" w:rsidRDefault="004211C8">
            <w:pPr>
              <w:rPr>
                <w:lang w:val="sr-Cyrl-ME"/>
              </w:rPr>
            </w:pPr>
          </w:p>
        </w:tc>
      </w:tr>
    </w:tbl>
    <w:p w14:paraId="0458E101" w14:textId="77777777" w:rsidR="004211C8" w:rsidRPr="00AD6D6E" w:rsidRDefault="00000000">
      <w:pPr>
        <w:pStyle w:val="SectionHeading"/>
        <w:rPr>
          <w:lang w:val="sr-Cyrl-ME"/>
        </w:rPr>
      </w:pPr>
      <w:r w:rsidRPr="00AD6D6E">
        <w:rPr>
          <w:rFonts w:cs="Times New Roman"/>
          <w:lang w:val="sr-Cyrl-ME"/>
        </w:rPr>
        <w:t>2. Подаци о студијама</w:t>
      </w:r>
    </w:p>
    <w:p w14:paraId="60BC8E4C" w14:textId="77777777" w:rsidR="004211C8" w:rsidRPr="00AD6D6E" w:rsidRDefault="00000000">
      <w:pPr>
        <w:spacing w:after="60"/>
        <w:rPr>
          <w:lang w:val="sr-Cyrl-ME"/>
        </w:rPr>
      </w:pPr>
      <w:r w:rsidRPr="00AD6D6E">
        <w:rPr>
          <w:rFonts w:cs="Times New Roman"/>
          <w:b/>
          <w:lang w:val="sr-Cyrl-ME"/>
        </w:rPr>
        <w:t>Категорија кандидата (означити једно):</w:t>
      </w:r>
    </w:p>
    <w:p w14:paraId="3CABD685" w14:textId="593BFAB2" w:rsidR="004211C8" w:rsidRPr="00AD6D6E" w:rsidRDefault="00000000">
      <w:pPr>
        <w:spacing w:after="20"/>
        <w:ind w:left="340"/>
        <w:rPr>
          <w:lang w:val="sr-Cyrl-ME"/>
        </w:rPr>
      </w:pPr>
      <w:r w:rsidRPr="00AD6D6E">
        <w:rPr>
          <w:rFonts w:cs="Times New Roman"/>
          <w:sz w:val="23"/>
          <w:lang w:val="sr-Cyrl-ME"/>
        </w:rPr>
        <w:t>□ студен</w:t>
      </w:r>
      <w:r w:rsidR="00552C55">
        <w:rPr>
          <w:rFonts w:cs="Times New Roman"/>
          <w:sz w:val="23"/>
          <w:lang w:val="sr-Cyrl-ME"/>
        </w:rPr>
        <w:t>т</w:t>
      </w:r>
      <w:r w:rsidRPr="00AD6D6E">
        <w:rPr>
          <w:rFonts w:cs="Times New Roman"/>
          <w:sz w:val="23"/>
          <w:lang w:val="sr-Cyrl-ME"/>
        </w:rPr>
        <w:t xml:space="preserve"> прве године основних студија</w:t>
      </w:r>
    </w:p>
    <w:p w14:paraId="27518F26" w14:textId="0FF50765" w:rsidR="004211C8" w:rsidRPr="00AD6D6E" w:rsidRDefault="00000000">
      <w:pPr>
        <w:spacing w:after="20"/>
        <w:ind w:left="340"/>
        <w:rPr>
          <w:lang w:val="sr-Cyrl-ME"/>
        </w:rPr>
      </w:pPr>
      <w:r w:rsidRPr="00AD6D6E">
        <w:rPr>
          <w:rFonts w:cs="Times New Roman"/>
          <w:sz w:val="23"/>
          <w:lang w:val="sr-Cyrl-ME"/>
        </w:rPr>
        <w:t>□ студент</w:t>
      </w:r>
      <w:r w:rsidR="00552C55">
        <w:rPr>
          <w:rFonts w:cs="Times New Roman"/>
          <w:sz w:val="23"/>
          <w:lang w:val="sr-Cyrl-ME"/>
        </w:rPr>
        <w:t xml:space="preserve"> </w:t>
      </w:r>
      <w:r w:rsidRPr="00AD6D6E">
        <w:rPr>
          <w:rFonts w:cs="Times New Roman"/>
          <w:sz w:val="23"/>
          <w:lang w:val="sr-Cyrl-ME"/>
        </w:rPr>
        <w:t>више године основних студија: ______ година</w:t>
      </w:r>
    </w:p>
    <w:p w14:paraId="7EED6EAE" w14:textId="6229D036" w:rsidR="004211C8" w:rsidRPr="00AD6D6E" w:rsidRDefault="00000000">
      <w:pPr>
        <w:spacing w:after="20"/>
        <w:ind w:left="340"/>
        <w:rPr>
          <w:rFonts w:cs="Times New Roman"/>
          <w:sz w:val="23"/>
          <w:lang w:val="sr-Cyrl-ME"/>
        </w:rPr>
      </w:pPr>
      <w:r w:rsidRPr="00AD6D6E">
        <w:rPr>
          <w:rFonts w:cs="Times New Roman"/>
          <w:sz w:val="23"/>
          <w:lang w:val="sr-Cyrl-ME"/>
        </w:rPr>
        <w:t>□ студент мастер студија: ______ година</w:t>
      </w:r>
    </w:p>
    <w:p w14:paraId="6078997F" w14:textId="77777777" w:rsidR="00AD6D6E" w:rsidRPr="00AD6D6E" w:rsidRDefault="00AD6D6E">
      <w:pPr>
        <w:spacing w:after="20"/>
        <w:ind w:left="340"/>
        <w:rPr>
          <w:lang w:val="sr-Cyrl-ME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816"/>
        <w:gridCol w:w="4816"/>
      </w:tblGrid>
      <w:tr w:rsidR="004211C8" w:rsidRPr="00AD6D6E" w14:paraId="3B44C194" w14:textId="77777777">
        <w:trPr>
          <w:jc w:val="center"/>
        </w:trPr>
        <w:tc>
          <w:tcPr>
            <w:tcW w:w="4816" w:type="dxa"/>
            <w:shd w:val="clear" w:color="auto" w:fill="F2F2F2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75BC0D28" w14:textId="77777777" w:rsidR="004211C8" w:rsidRPr="00AD6D6E" w:rsidRDefault="00000000">
            <w:pPr>
              <w:rPr>
                <w:lang w:val="sr-Cyrl-ME"/>
              </w:rPr>
            </w:pPr>
            <w:r w:rsidRPr="00AD6D6E">
              <w:rPr>
                <w:rFonts w:cs="Times New Roman"/>
                <w:b/>
                <w:sz w:val="22"/>
                <w:lang w:val="sr-Cyrl-ME"/>
              </w:rPr>
              <w:t>Година првог уписа основних студија</w:t>
            </w:r>
          </w:p>
        </w:tc>
        <w:tc>
          <w:tcPr>
            <w:tcW w:w="4816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4A51B2CA" w14:textId="77777777" w:rsidR="004211C8" w:rsidRPr="00AD6D6E" w:rsidRDefault="004211C8">
            <w:pPr>
              <w:rPr>
                <w:lang w:val="sr-Cyrl-ME"/>
              </w:rPr>
            </w:pPr>
          </w:p>
        </w:tc>
      </w:tr>
      <w:tr w:rsidR="004211C8" w:rsidRPr="00AD6D6E" w14:paraId="714CBD07" w14:textId="77777777">
        <w:trPr>
          <w:jc w:val="center"/>
        </w:trPr>
        <w:tc>
          <w:tcPr>
            <w:tcW w:w="4816" w:type="dxa"/>
            <w:shd w:val="clear" w:color="auto" w:fill="F2F2F2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57C32E92" w14:textId="340F1E26" w:rsidR="004211C8" w:rsidRPr="00AD6D6E" w:rsidRDefault="00000000">
            <w:pPr>
              <w:rPr>
                <w:lang w:val="sr-Cyrl-ME"/>
              </w:rPr>
            </w:pPr>
            <w:r w:rsidRPr="00AD6D6E">
              <w:rPr>
                <w:rFonts w:cs="Times New Roman"/>
                <w:b/>
                <w:sz w:val="22"/>
                <w:lang w:val="sr-Cyrl-ME"/>
              </w:rPr>
              <w:t xml:space="preserve">Година уписа мастер студија </w:t>
            </w:r>
          </w:p>
        </w:tc>
        <w:tc>
          <w:tcPr>
            <w:tcW w:w="4816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75DE6EC7" w14:textId="77777777" w:rsidR="004211C8" w:rsidRPr="00AD6D6E" w:rsidRDefault="004211C8">
            <w:pPr>
              <w:rPr>
                <w:lang w:val="sr-Cyrl-ME"/>
              </w:rPr>
            </w:pPr>
          </w:p>
        </w:tc>
      </w:tr>
    </w:tbl>
    <w:p w14:paraId="27FCB5BF" w14:textId="77777777" w:rsidR="004211C8" w:rsidRPr="00AD6D6E" w:rsidRDefault="00000000">
      <w:pPr>
        <w:spacing w:before="100" w:after="60"/>
        <w:rPr>
          <w:lang w:val="sr-Cyrl-ME"/>
        </w:rPr>
      </w:pPr>
      <w:r w:rsidRPr="00AD6D6E">
        <w:rPr>
          <w:rFonts w:cs="Times New Roman"/>
          <w:b/>
          <w:lang w:val="sr-Cyrl-ME"/>
        </w:rPr>
        <w:t>За студенте виших година основних и мастер студија: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816"/>
        <w:gridCol w:w="4816"/>
      </w:tblGrid>
      <w:tr w:rsidR="004211C8" w:rsidRPr="00AD6D6E" w14:paraId="3ACD6A39" w14:textId="77777777">
        <w:trPr>
          <w:jc w:val="center"/>
        </w:trPr>
        <w:tc>
          <w:tcPr>
            <w:tcW w:w="4816" w:type="dxa"/>
            <w:shd w:val="clear" w:color="auto" w:fill="F2F2F2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24D53223" w14:textId="77777777" w:rsidR="004211C8" w:rsidRPr="00AD6D6E" w:rsidRDefault="00000000">
            <w:pPr>
              <w:rPr>
                <w:lang w:val="sr-Cyrl-ME"/>
              </w:rPr>
            </w:pPr>
            <w:r w:rsidRPr="00AD6D6E">
              <w:rPr>
                <w:rFonts w:cs="Times New Roman"/>
                <w:b/>
                <w:sz w:val="22"/>
                <w:lang w:val="sr-Cyrl-ME"/>
              </w:rPr>
              <w:t>Просјечна оцјена током студија</w:t>
            </w:r>
          </w:p>
        </w:tc>
        <w:tc>
          <w:tcPr>
            <w:tcW w:w="4816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21F122B6" w14:textId="77777777" w:rsidR="004211C8" w:rsidRPr="00AD6D6E" w:rsidRDefault="004211C8">
            <w:pPr>
              <w:rPr>
                <w:lang w:val="sr-Cyrl-ME"/>
              </w:rPr>
            </w:pPr>
          </w:p>
        </w:tc>
      </w:tr>
      <w:tr w:rsidR="004211C8" w:rsidRPr="00AD6D6E" w14:paraId="4FCD3AE1" w14:textId="77777777">
        <w:trPr>
          <w:jc w:val="center"/>
        </w:trPr>
        <w:tc>
          <w:tcPr>
            <w:tcW w:w="4816" w:type="dxa"/>
            <w:shd w:val="clear" w:color="auto" w:fill="F2F2F2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7570D8D5" w14:textId="77777777" w:rsidR="004211C8" w:rsidRPr="00AD6D6E" w:rsidRDefault="00000000">
            <w:pPr>
              <w:rPr>
                <w:lang w:val="sr-Cyrl-ME"/>
              </w:rPr>
            </w:pPr>
            <w:r w:rsidRPr="00AD6D6E">
              <w:rPr>
                <w:rFonts w:cs="Times New Roman"/>
                <w:b/>
                <w:sz w:val="22"/>
                <w:lang w:val="sr-Cyrl-ME"/>
              </w:rPr>
              <w:t>Укупан број остварених ЕЦТС бодова</w:t>
            </w:r>
          </w:p>
        </w:tc>
        <w:tc>
          <w:tcPr>
            <w:tcW w:w="4816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053B5234" w14:textId="77777777" w:rsidR="004211C8" w:rsidRPr="00AD6D6E" w:rsidRDefault="004211C8">
            <w:pPr>
              <w:rPr>
                <w:lang w:val="sr-Cyrl-ME"/>
              </w:rPr>
            </w:pPr>
          </w:p>
        </w:tc>
      </w:tr>
    </w:tbl>
    <w:p w14:paraId="4E190B62" w14:textId="77777777" w:rsidR="00BD415D" w:rsidRPr="00AD6D6E" w:rsidRDefault="00BD415D" w:rsidP="00BD415D">
      <w:pPr>
        <w:rPr>
          <w:lang w:val="sr-Cyrl-ME"/>
        </w:rPr>
      </w:pPr>
    </w:p>
    <w:p w14:paraId="570F505C" w14:textId="5BCC77B4" w:rsidR="004211C8" w:rsidRPr="00AD6D6E" w:rsidRDefault="00000000" w:rsidP="00BD415D">
      <w:pPr>
        <w:rPr>
          <w:lang w:val="sr-Cyrl-ME"/>
        </w:rPr>
      </w:pPr>
      <w:r w:rsidRPr="00AD6D6E">
        <w:rPr>
          <w:rFonts w:cs="Times New Roman"/>
          <w:b/>
          <w:lang w:val="sr-Cyrl-ME"/>
        </w:rPr>
        <w:t>3. Приложена документација</w:t>
      </w:r>
    </w:p>
    <w:p w14:paraId="018AB0F1" w14:textId="77777777" w:rsidR="004211C8" w:rsidRPr="00AD6D6E" w:rsidRDefault="00000000">
      <w:pPr>
        <w:spacing w:after="60"/>
        <w:ind w:left="283" w:hanging="170"/>
        <w:rPr>
          <w:lang w:val="sr-Cyrl-ME"/>
        </w:rPr>
      </w:pPr>
      <w:r w:rsidRPr="00AD6D6E">
        <w:rPr>
          <w:rFonts w:cs="Times New Roman"/>
          <w:sz w:val="23"/>
          <w:lang w:val="sr-Cyrl-ME"/>
        </w:rPr>
        <w:t>□ потврда о студирању за студијску 2026/2027. годину;</w:t>
      </w:r>
    </w:p>
    <w:p w14:paraId="40B2C705" w14:textId="77777777" w:rsidR="004211C8" w:rsidRPr="00AD6D6E" w:rsidRDefault="00000000">
      <w:pPr>
        <w:spacing w:after="60"/>
        <w:ind w:left="283" w:hanging="170"/>
        <w:rPr>
          <w:lang w:val="sr-Cyrl-ME"/>
        </w:rPr>
      </w:pPr>
      <w:r w:rsidRPr="00AD6D6E">
        <w:rPr>
          <w:rFonts w:cs="Times New Roman"/>
          <w:sz w:val="23"/>
          <w:lang w:val="sr-Cyrl-ME"/>
        </w:rPr>
        <w:t>□ увјерење надлежне студентске службе о положеним испитима, просјечној оцјени и укупном броју остварених ЕЦТС бодова (за студенте виших година основних и мастер студија).</w:t>
      </w:r>
    </w:p>
    <w:p w14:paraId="6882B1D8" w14:textId="77777777" w:rsidR="00BD415D" w:rsidRPr="00AD6D6E" w:rsidRDefault="00BD415D">
      <w:pPr>
        <w:pStyle w:val="SectionHeading"/>
        <w:rPr>
          <w:rFonts w:cs="Times New Roman"/>
          <w:lang w:val="sr-Latn-ME"/>
        </w:rPr>
      </w:pPr>
    </w:p>
    <w:p w14:paraId="2589F0DF" w14:textId="7115B30B" w:rsidR="004211C8" w:rsidRPr="00AD6D6E" w:rsidRDefault="00000000">
      <w:pPr>
        <w:pStyle w:val="SectionHeading"/>
        <w:rPr>
          <w:lang w:val="sr-Cyrl-ME"/>
        </w:rPr>
      </w:pPr>
      <w:r w:rsidRPr="00AD6D6E">
        <w:rPr>
          <w:rFonts w:cs="Times New Roman"/>
          <w:lang w:val="sr-Cyrl-ME"/>
        </w:rPr>
        <w:t>4. Изјава кандидата</w:t>
      </w:r>
    </w:p>
    <w:p w14:paraId="37EA6916" w14:textId="30DB408C" w:rsidR="004211C8" w:rsidRPr="00AD6D6E" w:rsidRDefault="00000000">
      <w:pPr>
        <w:ind w:firstLine="454"/>
        <w:jc w:val="both"/>
        <w:rPr>
          <w:lang w:val="sr-Cyrl-ME"/>
        </w:rPr>
      </w:pPr>
      <w:r w:rsidRPr="00AD6D6E">
        <w:rPr>
          <w:rFonts w:cs="Times New Roman"/>
          <w:sz w:val="23"/>
          <w:lang w:val="sr-Cyrl-ME"/>
        </w:rPr>
        <w:t>Изјављујем да су подаци наведени у овој пријави тачни и да сам упознат са условима конкурса за додјелу стипендија за студијску 2026/2027. годину.</w:t>
      </w:r>
    </w:p>
    <w:p w14:paraId="36CE552C" w14:textId="77777777" w:rsidR="004211C8" w:rsidRPr="00AD6D6E" w:rsidRDefault="004211C8">
      <w:pPr>
        <w:rPr>
          <w:lang w:val="sr-Cyrl-ME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6"/>
        <w:gridCol w:w="4816"/>
      </w:tblGrid>
      <w:tr w:rsidR="004211C8" w:rsidRPr="00AD6D6E" w14:paraId="035D55BF" w14:textId="77777777" w:rsidTr="00BD415D">
        <w:trPr>
          <w:jc w:val="center"/>
        </w:trPr>
        <w:tc>
          <w:tcPr>
            <w:tcW w:w="4816" w:type="dxa"/>
            <w:shd w:val="clear" w:color="auto" w:fill="F2F2F2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24A64D35" w14:textId="77777777" w:rsidR="004211C8" w:rsidRPr="00AD6D6E" w:rsidRDefault="00000000">
            <w:pPr>
              <w:jc w:val="center"/>
              <w:rPr>
                <w:lang w:val="sr-Cyrl-ME"/>
              </w:rPr>
            </w:pPr>
            <w:r w:rsidRPr="00AD6D6E">
              <w:rPr>
                <w:rFonts w:cs="Times New Roman"/>
                <w:b/>
                <w:sz w:val="22"/>
                <w:lang w:val="sr-Cyrl-ME"/>
              </w:rPr>
              <w:t>Мјесто и датум</w:t>
            </w:r>
          </w:p>
        </w:tc>
        <w:tc>
          <w:tcPr>
            <w:tcW w:w="4816" w:type="dxa"/>
            <w:shd w:val="clear" w:color="auto" w:fill="F2F2F2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1AECA407" w14:textId="77777777" w:rsidR="004211C8" w:rsidRPr="00AD6D6E" w:rsidRDefault="00000000">
            <w:pPr>
              <w:jc w:val="center"/>
              <w:rPr>
                <w:lang w:val="sr-Cyrl-ME"/>
              </w:rPr>
            </w:pPr>
            <w:r w:rsidRPr="00AD6D6E">
              <w:rPr>
                <w:rFonts w:cs="Times New Roman"/>
                <w:b/>
                <w:sz w:val="22"/>
                <w:lang w:val="sr-Cyrl-ME"/>
              </w:rPr>
              <w:t>Потпис кандидата</w:t>
            </w:r>
          </w:p>
        </w:tc>
      </w:tr>
      <w:tr w:rsidR="004211C8" w:rsidRPr="00AD6D6E" w14:paraId="189DFC5D" w14:textId="77777777" w:rsidTr="00BD415D">
        <w:trPr>
          <w:jc w:val="center"/>
        </w:trPr>
        <w:tc>
          <w:tcPr>
            <w:tcW w:w="4816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2EAF3284" w14:textId="77777777" w:rsidR="004211C8" w:rsidRPr="00AD6D6E" w:rsidRDefault="00000000">
            <w:pPr>
              <w:jc w:val="center"/>
              <w:rPr>
                <w:lang w:val="sr-Cyrl-ME"/>
              </w:rPr>
            </w:pPr>
            <w:r w:rsidRPr="00AD6D6E">
              <w:rPr>
                <w:rFonts w:cs="Times New Roman"/>
                <w:sz w:val="22"/>
                <w:lang w:val="sr-Cyrl-ME"/>
              </w:rPr>
              <w:br/>
            </w:r>
          </w:p>
        </w:tc>
        <w:tc>
          <w:tcPr>
            <w:tcW w:w="4816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1231B94A" w14:textId="77777777" w:rsidR="004211C8" w:rsidRPr="00AD6D6E" w:rsidRDefault="00000000">
            <w:pPr>
              <w:jc w:val="center"/>
              <w:rPr>
                <w:lang w:val="sr-Cyrl-ME"/>
              </w:rPr>
            </w:pPr>
            <w:r w:rsidRPr="00AD6D6E">
              <w:rPr>
                <w:rFonts w:cs="Times New Roman"/>
                <w:sz w:val="22"/>
                <w:lang w:val="sr-Cyrl-ME"/>
              </w:rPr>
              <w:br/>
            </w:r>
          </w:p>
        </w:tc>
      </w:tr>
    </w:tbl>
    <w:p w14:paraId="7FE74343" w14:textId="77777777" w:rsidR="004211C8" w:rsidRPr="00AD6D6E" w:rsidRDefault="00000000">
      <w:pPr>
        <w:spacing w:before="160"/>
        <w:jc w:val="both"/>
        <w:rPr>
          <w:lang w:val="sr-Cyrl-ME"/>
        </w:rPr>
      </w:pPr>
      <w:r w:rsidRPr="00AD6D6E">
        <w:rPr>
          <w:rFonts w:cs="Times New Roman"/>
          <w:i/>
          <w:sz w:val="20"/>
          <w:lang w:val="sr-Cyrl-ME"/>
        </w:rPr>
        <w:t>Напомена: Образац треба попунити читко и доставити са документацијом наведеном у конкурсу најкасније до 10. октобра 2026. године.</w:t>
      </w:r>
    </w:p>
    <w:sectPr w:rsidR="004211C8" w:rsidRPr="00AD6D6E" w:rsidSect="00034616">
      <w:pgSz w:w="12240" w:h="15840"/>
      <w:pgMar w:top="964" w:right="1304" w:bottom="964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32789800">
    <w:abstractNumId w:val="8"/>
  </w:num>
  <w:num w:numId="2" w16cid:durableId="422187568">
    <w:abstractNumId w:val="6"/>
  </w:num>
  <w:num w:numId="3" w16cid:durableId="1594169899">
    <w:abstractNumId w:val="5"/>
  </w:num>
  <w:num w:numId="4" w16cid:durableId="1624381073">
    <w:abstractNumId w:val="4"/>
  </w:num>
  <w:num w:numId="5" w16cid:durableId="247858355">
    <w:abstractNumId w:val="7"/>
  </w:num>
  <w:num w:numId="6" w16cid:durableId="780420930">
    <w:abstractNumId w:val="3"/>
  </w:num>
  <w:num w:numId="7" w16cid:durableId="384640184">
    <w:abstractNumId w:val="2"/>
  </w:num>
  <w:num w:numId="8" w16cid:durableId="50429532">
    <w:abstractNumId w:val="1"/>
  </w:num>
  <w:num w:numId="9" w16cid:durableId="1891528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211C8"/>
    <w:rsid w:val="004A53B7"/>
    <w:rsid w:val="00552C55"/>
    <w:rsid w:val="0063588E"/>
    <w:rsid w:val="008D0D71"/>
    <w:rsid w:val="00AA1D8D"/>
    <w:rsid w:val="00AD6D6E"/>
    <w:rsid w:val="00B271B1"/>
    <w:rsid w:val="00B47730"/>
    <w:rsid w:val="00BD415D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9FCE2CF"/>
  <w14:defaultImageDpi w14:val="300"/>
  <w15:docId w15:val="{89D68B95-2FE3-4B2C-93F6-2EF2C69DF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 w:line="259" w:lineRule="auto"/>
    </w:pPr>
    <w:rPr>
      <w:rFonts w:ascii="Times New Roman" w:eastAsia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ectionHeading">
    <w:name w:val="Section Heading"/>
    <w:pPr>
      <w:keepNext/>
      <w:spacing w:before="200" w:after="80"/>
    </w:pPr>
    <w:rPr>
      <w:rFonts w:ascii="Times New Roman" w:eastAsia="Times New Roman" w:hAnsi="Times New Roman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Jelena Sakovic</cp:lastModifiedBy>
  <cp:revision>6</cp:revision>
  <dcterms:created xsi:type="dcterms:W3CDTF">2013-12-23T23:15:00Z</dcterms:created>
  <dcterms:modified xsi:type="dcterms:W3CDTF">2026-08-23T19:25:00Z</dcterms:modified>
  <cp:category/>
</cp:coreProperties>
</file>